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C2185B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2185B"/>
          <w:sz w:val="44"/>
          <w:u w:val="none"/>
          <w:rtl/>
          <w:bCs/>
          <w:szCs w:val="44"/>
        </w:rPr>
        <w:t>💛 המסר הסמוי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שני סיפורים מקוריים על חברות ואחריות + שאלות מסר סמוי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סיפורי ערכים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זיהוי מסר סמוי בסיפור • הבנת מניעים של דמויות • חיבור בין סיפור לפתגם • שיח ערכי: הכלה, יושר ואחריות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הסקה • השוואה • כתיבה יוצרת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"מה זה מסר סמוי?" – דוגמה ממשל מוכר.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(12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קריאת שני הסיפורים בקול, בעצירות לשאלות ניבוי.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משימות (18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חלקים א׳–ב׳.</w:t>
            </w:r>
          </w:p>
        </w:tc>
      </w:tr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דיון במקרה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2185B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החברות שלה אמרו שיעלי "מוזרה"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השיחה עם סבתא, שסיפרה שהייתה פעם "הילדה החדשה" וזוכרת מי הושיטה לה יד.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לא שופטים אדם לפני שמכירים אותו; כדאי להושיט יד למי שלבד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הסדר הנכון: 1. הכדור סדק את החלון; 2. הילדים הסתתרו מאחורי השיחים; 3. נגה לא הצליחה להירדם; 4. נגה ועידו התנצלו בפני מר חיים; 5. מר חיים מנופף להם לשלום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לקחת אחריות ולומר את האמת גם כשאף אחד לא ראה; הודאה בטעות בונה אמון.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הספסל ליד העץ ← "מה ששנוא עליך – אל תעשה לחברך"; החלון של השכן ← "מודה ועוזב – ירוחם"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בשני המקרים הן התגברו על פחד/מבוכה ועשו את הדבר הנכון: מאיה – נשמה עמוק וניגשה; נגה – הודתה בטעות.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8.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2185B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סיפור 1 – פסקה 4: מאיה ניגשת ומזמינה; סיפור 2 – פסקה 4: נגה מתוודה ומתנצלת (פסקה 3 – לילה ללא שינה – מכינה את השינוי).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מאיה – לחץ חברתי ("היא מוזרה"); עידו – פחד מעונש ובושה. מאיה התגברה בעצמה, עידו נגרר אחרי נגה.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שניהם "מעוררים" את המצפון והאמפתיה: הסבתא מזכירה איך מרגיש מי שחדש; הלילה מאפשר לנגה לחשוב על השכן.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ביישני; נבוך; עמוק; בשקט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ביישני: מתבייש/צנוע – נועז/חצוף; נבוך: מתבייש/מבולבל – בטוח בעצמו; לחש: דיבר בשקט – צעק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2185B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על ספסל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"רוצה לשחק איתנו?"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בהתחלה: עצובה/בודדה; בסוף: שמחה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להזמין אותו לשחק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הסיפורים נכתבו במיוחד לחוברת – שמות ועלילה מקוריים.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קשרו ל"ואהבת לרעך כמוך": מאיה עושה ליעלי את מה שהייתה רוצה שיעשו לה.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רגע הנשימה של מאיה לפני שניגשה הוא הזדמנות לדבר על עש״ן ד״ק כשמתרגשים.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ברמה המותאמת: מומלץ להמחיז את הסיפור בזוגות.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48"/>
          <w:u w:val="none"/>
          <w:rtl/>
          <w:bCs/>
          <w:szCs w:val="48"/>
        </w:rPr>
        <w:t>💛 המסר הסמוי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שני סיפורים מקוריים על חברות ואחריות + שאלות מסר סמוי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א׳ – סיפור ראשון – מבינים ומגלים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הסיפור. חפשו את המסר הסמוי – הרעיון שהסיפור רוצה ללמד בלי לומר אותו ישירות.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2"/>
          <w:u w:val="none"/>
          <w:rtl/>
          <w:bCs/>
          <w:szCs w:val="32"/>
        </w:rPr>
        <w:t>🌳 סיפור 1: הספסל ליד העץ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בכל הפסקה ישבה יעלי, התלמידה החדשה, על הספסל ליד עץ הפיקוס. היא הגיעה לכיתה רק לפני שבוע, ועדיין לא הכירה אף אחד.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מאיה ראתה אותה כל יום מחלון הכיתה. "אולי כדאי להזמין אותה לשחק איתנו?" חשבה. אבל אז נזכרה שהחברות שלה אמרו: "היא שקטה ומוזרה".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באותו ערב סיפרה מאיה לסבתא שלה על יעלי. סבתא חייכה ואמרה: "כשעלינו לארץ, אני הייתי הילדה החדשה. אני זוכרת עד היום מי הייתה הראשונה שהושיטה לי יד".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(4) למחרת, בהפסקה, נשמה מאיה עמוק, ניגשה לספסל ושאלה: "רוצה לשחק איתנו מחניים?" יעלי הרימה את העיניים, חייכה חיוך ביישני ואמרה: "כן. אני דווקא טובה בזה".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יעלי באמת הייתה טובה. היא תפסה כמעט כל כדור! בסוף ההפסקה אמרה אחת החברות: "וואו, איך לא שיחקנו איתה קודם?" ומאיה רק חייכה.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מאיה לא הזמינה את יעלי כבר ביום הראשון?  [הבנה]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כי יעלי לא רצתה לשחק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כי החברות שלה אמרו שיעלי "מוזרה"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כי מאיה לא אהבה מחניים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כי המורה אסרה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גרם למאיה לשנות את דעתה? הסבירו.  [סיבה]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המסר הסמוי של הסיפור?  [מסר סמוי]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כדאי לשחק מחניים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לא שופטים אדם לפני שמכירים אותו; כדאי להושיט יד למי שלבד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סבתות תמיד צודקות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תלמידים חדשים צריכים לחכות שיזמינו אותם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ב׳ – סיפור שני – מבינים ומגלים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הסיפור השני.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2"/>
          <w:u w:val="none"/>
          <w:rtl/>
          <w:bCs/>
          <w:szCs w:val="32"/>
        </w:rPr>
        <w:t>🪟 סיפור 2: החלון של השכן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עידו ונגה שיחקו כדור בחצר הבניין. נגה בעטה חזק מדי, והכדור עף היישר אל החלון של מר חיים, השכן מהקומה הראשונה. נשמע "טראח!" והזכוכית נסדקה.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השניים רצו מהר והסתתרו מאחורי השיחים. "אף אחד לא ראה," לחש עידו. "בואי נלך הביתה ונעשה כאילו לא קרה כלום."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נגה לא הצליחה להירדם באותו לילה. היא חשבה על מר חיים, שגר לבד, ועל הרוח הקרה שנכנסת עכשיו דרך הסדק.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(4) בבוקר דפקה נגה בדלת של מר חיים, ועידו עמד מאחוריה, נבוך. "זה היה הכדור שלנו," אמרה בשקט. "אנחנו מצטערים. נעזור לתקן."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מר חיים שתק רגע, ואז אמר: "תודה שבאתם. לא הרבה אנשים היו עושים את זה." ביחד עם ההורים הם קנו זכוכית חדשה, ומאז, כשמר חיים רואה אותם בחצר, הוא מנופף להם לשלום.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סדרו את האירועים (1–5).  [רצף]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מר חיים מנופף להם לשלום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נגה ועידו התנצלו בפני מר חיים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הילדים הסתתרו מאחורי השיחים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הכדור סדק את החלון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נגה לא הצליחה להירדם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המסר הסמוי של הסיפור השני? כתבו במילים שלכם.  [מסר סמוי]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ג׳ – משווים, מתחברים,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חשיבה על שני הסיפורים יחד.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לכל סיפור את הפתגם המתאים לו.  [פתגמים]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הספסל ליד העץ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"מודה ועוזב – ירוחם"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החלון של השכן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"מה ששנוא עליך – אל תעשה לחברך"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בשני הסיפורים הגיבורה עשתה משהו לא קל. מה משותף לרגע שבו מאיה ניגשה לספסל ולרגע שבו נגה דפקה בדלת?  [השוואה]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B3262B"/>
                <w:sz w:val="25"/>
                <w:u w:val="none"/>
                <w:rtl/>
                <w:bCs/>
                <w:szCs w:val="25"/>
              </w:rPr>
              <w:t>📋 תיבת מקרה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בכיתה שלכם יש ילד שתמיד עומד לבד בהפסקה. החברים שלכם צוחקים כשאתם מציעים להזמין אותו.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8.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תעשו? כתבו מה תגידו לחברים ומה תגידו לילד.  [ערכים]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2185B"/>
                <w:sz w:val="28"/>
                <w:u w:val="none"/>
                <w:rtl/>
                <w:bCs/>
                <w:szCs w:val="28"/>
              </w:rPr>
              <w:t>כרטיס יציאה 💛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מסר סמוי אחד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משהו טוב שאעשה מחר: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48"/>
          <w:u w:val="none"/>
          <w:rtl/>
          <w:bCs/>
          <w:szCs w:val="48"/>
        </w:rPr>
        <w:t>💛 המסר הסמוי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נקודת מפנה, אפיון דמויות וכתיבה מנקודת מבט אחרת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א׳ – שני סיפורים – קריאה מעמיקה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שני הסיפורים וסמנו את רגע השינוי (נקודת המפנה) בכל אחד.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2"/>
          <w:u w:val="none"/>
          <w:rtl/>
          <w:bCs/>
          <w:szCs w:val="32"/>
        </w:rPr>
        <w:t>🌳 סיפור 1: הספסל ליד העץ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בכל הפסקה ישבה יעלי, התלמידה החדשה, על הספסל ליד עץ הפיקוס. היא הגיעה לכיתה רק לפני שבוע, ועדיין לא הכירה אף אחד.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מאיה ראתה אותה כל יום מחלון הכיתה. "אולי כדאי להזמין אותה לשחק איתנו?" חשבה. אבל אז נזכרה שהחברות שלה אמרו: "היא שקטה ומוזרה".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באותו ערב סיפרה מאיה לסבתא שלה על יעלי. סבתא חייכה ואמרה: "כשעלינו לארץ, אני הייתי הילדה החדשה. אני זוכרת עד היום מי הייתה הראשונה שהושיטה לי יד".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(4) למחרת, בהפסקה, נשמה מאיה עמוק, ניגשה לספסל ושאלה: "רוצה לשחק איתנו מחניים?" יעלי הרימה את העיניים, חייכה חיוך ביישני ואמרה: "כן. אני דווקא טובה בזה".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יעלי באמת הייתה טובה. היא תפסה כמעט כל כדור! בסוף ההפסקה אמרה אחת החברות: "וואו, איך לא שיחקנו איתה קודם?" ומאיה רק חייכה.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2"/>
          <w:u w:val="none"/>
          <w:rtl/>
          <w:bCs/>
          <w:szCs w:val="32"/>
        </w:rPr>
        <w:t>🪟 סיפור 2: החלון של השכן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עידו ונגה שיחקו כדור בחצר הבניין. נגה בעטה חזק מדי, והכדור עף היישר אל החלון של מר חיים, השכן מהקומה הראשונה. נשמע "טראח!" והזכוכית נסדקה.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השניים רצו מהר והסתתרו מאחורי השיחים. "אף אחד לא ראה," לחש עידו. "בואי נלך הביתה ונעשה כאילו לא קרה כלום."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נגה לא הצליחה להירדם באותו לילה. היא חשבה על מר חיים, שגר לבד, ועל הרוח הקרה שנכנסת עכשיו דרך הסדק.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(4) בבוקר דפקה נגה בדלת של מר חיים, ועידו עמד מאחוריה, נבוך. "זה היה הכדור שלנו," אמרה בשקט. "אנחנו מצטערים. נעזור לתקן."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מר חיים שתק רגע, ואז אמר: "תודה שבאתם. לא הרבה אנשים היו עושים את זה." ביחד עם ההורים הם קנו זכוכית חדשה, ומאז, כשמר חיים רואה אותם בחצר, הוא מנופף להם לשלום.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מהי נקודת המפנה בכל סיפור? ציינו את מספר הפסקה ונמקו.  [מבנה העלילה]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סיפור</w:t>
            </w:r>
          </w:p>
        </w:tc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פסקה</w:t>
            </w:r>
          </w:p>
        </w:tc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השתנה?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הספסל ליד העץ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החלון של השכן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השוו בין מאיה לעידו: מה הקשה על כל אחד מהם לעשות את הדבר הנכון?  [אפיון דמויות]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תפקידה של הסבתא בסיפור הראשון ושל הלילה ללא שינה בסיפור השני?  [הסקה]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ב׳ – לשון ומילים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מילים שמתארות רגשות.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בסיפורים מילים המתארות רגש או מצב, והשלימו.  [אוצר מילים]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🔤 מחסן מילים:  ביישני   |   נבוך   |   עמוק   |   בשקט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יעלי חייכה חיוך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עידו עמד מאחוריה,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מאיה נשמה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וניגשה.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"זה היה הכדור שלנו," אמרה נגה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מילה נרדפת ומילה הפוכה.  [נרדפות והפכים]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נרדפת</w:t>
            </w:r>
          </w:p>
        </w:tc>
        <w:tc>
          <w:tcPr>
            <w:tcW w:type="dxa" w:w="3402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הפוכה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ביישני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נבוך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לחש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חלק ג׳ – כתיבה יוצרת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נקודת מבט חדשה.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את הסיפור השני מנקודת המבט של מר חיים: מה הרגיש כשנסדק החלון, ומה הרגיש כשהילדים דפקו בדלת?  [כתיבה יוצרת]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2185B"/>
                <w:sz w:val="28"/>
                <w:u w:val="none"/>
                <w:rtl/>
                <w:bCs/>
                <w:szCs w:val="28"/>
              </w:rPr>
              <w:t>כרטיס יציאה 💛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המסר הסמוי של שני הסיפורים יחד: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דמות שהייתי רוצה להיות כמוה, ולמה: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2185B"/>
          <w:sz w:val="48"/>
          <w:u w:val="none"/>
          <w:rtl/>
          <w:bCs/>
          <w:szCs w:val="48"/>
        </w:rPr>
        <w:t>💛 הַסַּפְסָל לְיַד הָעֵץ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סִפּוּר קָצָר עַל חֲבֵרוּת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2185B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2185B"/>
          <w:sz w:val="32"/>
          <w:u w:val="none"/>
          <w:rtl/>
          <w:bCs/>
          <w:szCs w:val="32"/>
        </w:rPr>
        <w:t>🌳 הַסַּפְסָל לְיַד הָעֵץ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יִעֲלֵי חֲדָשָׁה בַּכִּתָּה.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בַּהַפְסָקָה הִיא יוֹשֶׁבֶת לְבַד עַל סַפְסָל.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מָאיָה רוֹאָה אוֹתָהּ.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מָאיָה הוֹלֶכֶת לַסַּפְסָל וְשׁוֹאֶלֶת: "רוֹצָה לְשַׂחֵק אִתָּנוּ?"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יִעֲלֵי מְחַיֶּכֶת: "כֵּן!"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עַכְשָׁו הֵן מְשַׂחֲקוֹת יַחַד.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אֵיפֹה יוֹשֶׁבֶת יַעֲלִי?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בַּכִּתָּה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עַל סַפְסָל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בַּבַּיִת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שׁוֹאֶלֶת מָאיָה?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"מָה הַשָּׁעָה?"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"רוֹצָה לְשַׂחֵק אִתָּנוּ?"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"אֵיפֹה הַכַּדּוּר?"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אֵיךְ מַרְגִּישָׁה יִעֲלֵי בַּהַתְחָלָה וּבַסּוֹף? צִיְּרוּ פַּרְצוּף.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בַּהַתְחָלָה</w:t>
            </w:r>
          </w:p>
        </w:tc>
        <w:tc>
          <w:tcPr>
            <w:tcW w:type="dxa" w:w="5103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בַּסּוֹף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  <w:br/>
              <w:t xml:space="preserve"> 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7f0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2185B"/>
                <w:sz w:val="30"/>
                <w:u w:val="none"/>
                <w:rtl/>
                <w:bCs/>
                <w:szCs w:val="30"/>
              </w:rPr>
              <w:t>חֵלֶק ב׳ – מִלִּים שֶׁל חֲבֵרוֹת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לְשַׂחֵק יַחַד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לְחַיֵּךְ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לְהַגִּיד שָׁלוֹם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לְהַזְמִין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לִשְׁאֹל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❤️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לַעֲזֹר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הַמֶּסֶר: מָה כְּדַאי לַעֲשׂוֹת כְּשֶׁמִּישֶׁהוּ לְבַד?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לֹא לָשִׂים לֵב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לְהַזְמִין אוֹתוֹ לְשַׂחֵק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לִצְחֹק עָלָיו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5.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אֶת מָאיָה וִיעֵלִי מְשַׂחֲקוֹת.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2185B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אֲנִי יָכוֹל/ה לְהַזְמִין אֶת: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